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51C98" w14:textId="77777777" w:rsidR="004947DE" w:rsidRDefault="004947DE">
      <w:pPr>
        <w:pStyle w:val="Tytu"/>
        <w:jc w:val="center"/>
      </w:pPr>
    </w:p>
    <w:p w14:paraId="3F01A8F2" w14:textId="77777777" w:rsidR="001317CE" w:rsidRDefault="00230601">
      <w:pPr>
        <w:pStyle w:val="Tytu"/>
        <w:jc w:val="center"/>
      </w:pPr>
      <w:r>
        <w:t>Załącznik nr 1 Formularz ofertowy</w:t>
      </w:r>
    </w:p>
    <w:p w14:paraId="3DBB1E43" w14:textId="680C440D" w:rsidR="001317CE" w:rsidRDefault="00230601">
      <w:r>
        <w:t xml:space="preserve">Dotyczy: przetargu na </w:t>
      </w:r>
      <w:r w:rsidR="007158A7">
        <w:t>dostawę</w:t>
      </w:r>
      <w:r>
        <w:t xml:space="preserve"> energii elektrycznej dla Niemieckiego Towarzystwa Szkolnego w Warszawie w latach 2027–2028.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336"/>
      </w:tblGrid>
      <w:tr w:rsidR="001317CE" w14:paraId="20976C18" w14:textId="77777777" w:rsidTr="004E2478">
        <w:trPr>
          <w:tblHeader/>
          <w:jc w:val="center"/>
        </w:trPr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808080" w:themeFill="background1" w:themeFillShade="8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84BBB8" w14:textId="77777777" w:rsidR="001317CE" w:rsidRDefault="00230601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Dane oferenta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808080" w:themeFill="background1" w:themeFillShade="8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225157" w14:textId="77777777" w:rsidR="001317CE" w:rsidRDefault="00230601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Wypełnia oferent</w:t>
            </w:r>
          </w:p>
        </w:tc>
      </w:tr>
      <w:tr w:rsidR="001317CE" w14:paraId="16F078CD" w14:textId="77777777" w:rsidTr="004E2478">
        <w:trPr>
          <w:jc w:val="center"/>
        </w:trPr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1AA75D" w14:textId="77777777" w:rsidR="001317CE" w:rsidRDefault="00230601">
            <w:pPr>
              <w:spacing w:after="0"/>
            </w:pPr>
            <w:r>
              <w:rPr>
                <w:sz w:val="19"/>
              </w:rPr>
              <w:t>Nazwa oferenta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938209" w14:textId="77777777" w:rsidR="001317CE" w:rsidRDefault="001317CE">
            <w:pPr>
              <w:spacing w:after="0"/>
            </w:pPr>
          </w:p>
        </w:tc>
      </w:tr>
      <w:tr w:rsidR="001317CE" w14:paraId="5EB21CC7" w14:textId="77777777">
        <w:trPr>
          <w:jc w:val="center"/>
        </w:trPr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5708AC" w14:textId="77777777" w:rsidR="001317CE" w:rsidRDefault="00230601">
            <w:pPr>
              <w:spacing w:after="0"/>
            </w:pPr>
            <w:r>
              <w:rPr>
                <w:sz w:val="19"/>
              </w:rPr>
              <w:t>Adres i NIP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F46ACC" w14:textId="77777777" w:rsidR="001317CE" w:rsidRDefault="001317CE">
            <w:pPr>
              <w:spacing w:after="0"/>
            </w:pPr>
          </w:p>
        </w:tc>
      </w:tr>
      <w:tr w:rsidR="001317CE" w14:paraId="4225883A" w14:textId="77777777" w:rsidTr="004E2478">
        <w:trPr>
          <w:jc w:val="center"/>
        </w:trPr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06E41E" w14:textId="77777777" w:rsidR="001317CE" w:rsidRDefault="00230601">
            <w:pPr>
              <w:spacing w:after="0"/>
            </w:pPr>
            <w:r>
              <w:rPr>
                <w:sz w:val="19"/>
              </w:rPr>
              <w:t>Osoba do kontaktu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6A4D56" w14:textId="77777777" w:rsidR="001317CE" w:rsidRDefault="001317CE">
            <w:pPr>
              <w:spacing w:after="0"/>
            </w:pPr>
          </w:p>
        </w:tc>
      </w:tr>
      <w:tr w:rsidR="001317CE" w14:paraId="440975EB" w14:textId="77777777">
        <w:trPr>
          <w:jc w:val="center"/>
        </w:trPr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7E473" w14:textId="77777777" w:rsidR="001317CE" w:rsidRDefault="00230601">
            <w:pPr>
              <w:spacing w:after="0"/>
            </w:pPr>
            <w:r>
              <w:rPr>
                <w:sz w:val="19"/>
              </w:rPr>
              <w:t>Telefon i e-mail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33DF47" w14:textId="77777777" w:rsidR="001317CE" w:rsidRDefault="001317CE">
            <w:pPr>
              <w:spacing w:after="0"/>
            </w:pPr>
          </w:p>
        </w:tc>
      </w:tr>
      <w:tr w:rsidR="001317CE" w14:paraId="5CC081C4" w14:textId="77777777" w:rsidTr="004E2478">
        <w:trPr>
          <w:jc w:val="center"/>
        </w:trPr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FD8B05" w14:textId="77777777" w:rsidR="001317CE" w:rsidRDefault="00230601">
            <w:pPr>
              <w:spacing w:after="0"/>
            </w:pPr>
            <w:r>
              <w:rPr>
                <w:sz w:val="19"/>
              </w:rPr>
              <w:t>Numer koncesji Prezesa URE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CAFFB4" w14:textId="77777777" w:rsidR="001317CE" w:rsidRDefault="001317CE">
            <w:pPr>
              <w:spacing w:after="0"/>
            </w:pPr>
          </w:p>
        </w:tc>
      </w:tr>
      <w:tr w:rsidR="001317CE" w14:paraId="34D6E1FB" w14:textId="77777777">
        <w:trPr>
          <w:jc w:val="center"/>
        </w:trPr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F3330" w14:textId="77777777" w:rsidR="001317CE" w:rsidRDefault="00230601">
            <w:pPr>
              <w:spacing w:after="0"/>
            </w:pPr>
            <w:r>
              <w:rPr>
                <w:sz w:val="19"/>
              </w:rPr>
              <w:t>Osoba uprawniona do podpisania oferty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9BA35B" w14:textId="77777777" w:rsidR="001317CE" w:rsidRDefault="001317CE">
            <w:pPr>
              <w:spacing w:after="0"/>
            </w:pPr>
          </w:p>
        </w:tc>
      </w:tr>
    </w:tbl>
    <w:p w14:paraId="32A820D8" w14:textId="77777777" w:rsidR="001317CE" w:rsidRDefault="00230601">
      <w:pPr>
        <w:pStyle w:val="Nagwek2"/>
      </w:pPr>
      <w:r>
        <w:t>1 Cena oferty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0"/>
        <w:gridCol w:w="2016"/>
        <w:gridCol w:w="1584"/>
        <w:gridCol w:w="2520"/>
      </w:tblGrid>
      <w:tr w:rsidR="001317CE" w14:paraId="3362E846" w14:textId="77777777" w:rsidTr="004E2478">
        <w:trPr>
          <w:tblHeader/>
          <w:jc w:val="center"/>
        </w:trPr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808080" w:themeFill="background1" w:themeFillShade="8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00BCF5" w14:textId="77777777" w:rsidR="001317CE" w:rsidRDefault="00230601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Element ceny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808080" w:themeFill="background1" w:themeFillShade="8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5DEF92" w14:textId="77777777" w:rsidR="001317CE" w:rsidRDefault="00230601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Wartość netto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808080" w:themeFill="background1" w:themeFillShade="8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BCBBE3" w14:textId="77777777" w:rsidR="001317CE" w:rsidRDefault="00230601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VAT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808080" w:themeFill="background1" w:themeFillShade="8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80B315" w14:textId="77777777" w:rsidR="001317CE" w:rsidRDefault="00230601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Wartość brutto</w:t>
            </w:r>
          </w:p>
        </w:tc>
      </w:tr>
      <w:tr w:rsidR="001317CE" w14:paraId="69EA92BB" w14:textId="77777777" w:rsidTr="004E2478">
        <w:trPr>
          <w:jc w:val="center"/>
        </w:trPr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758F62" w14:textId="77777777" w:rsidR="001317CE" w:rsidRDefault="00230601">
            <w:pPr>
              <w:spacing w:after="0"/>
            </w:pPr>
            <w:r>
              <w:rPr>
                <w:sz w:val="19"/>
              </w:rPr>
              <w:t>Cena za 1 MWh energii czynnej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0A8727" w14:textId="77777777" w:rsidR="001317CE" w:rsidRDefault="001317CE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EFDA60" w14:textId="77777777" w:rsidR="001317CE" w:rsidRDefault="001317CE">
            <w:pPr>
              <w:spacing w:after="0"/>
            </w:pP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994B4" w14:textId="77777777" w:rsidR="001317CE" w:rsidRDefault="001317CE">
            <w:pPr>
              <w:spacing w:after="0"/>
            </w:pPr>
          </w:p>
        </w:tc>
      </w:tr>
      <w:tr w:rsidR="001317CE" w14:paraId="7FBB9C3C" w14:textId="77777777">
        <w:trPr>
          <w:jc w:val="center"/>
        </w:trPr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0C0BDD" w14:textId="77777777" w:rsidR="001317CE" w:rsidRDefault="00230601">
            <w:pPr>
              <w:spacing w:after="0"/>
            </w:pPr>
            <w:r>
              <w:rPr>
                <w:sz w:val="19"/>
              </w:rPr>
              <w:t>Miesięczna opłata handlowa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3007C2" w14:textId="77777777" w:rsidR="001317CE" w:rsidRDefault="001317CE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A67B96" w14:textId="77777777" w:rsidR="001317CE" w:rsidRDefault="001317CE">
            <w:pPr>
              <w:spacing w:after="0"/>
            </w:pP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E008B9" w14:textId="77777777" w:rsidR="001317CE" w:rsidRDefault="001317CE">
            <w:pPr>
              <w:spacing w:after="0"/>
            </w:pPr>
          </w:p>
        </w:tc>
      </w:tr>
      <w:tr w:rsidR="001317CE" w14:paraId="53F5759B" w14:textId="77777777" w:rsidTr="004E2478">
        <w:trPr>
          <w:jc w:val="center"/>
        </w:trPr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65B3E3" w14:textId="77777777" w:rsidR="001317CE" w:rsidRDefault="00230601">
            <w:pPr>
              <w:spacing w:after="0"/>
            </w:pPr>
            <w:r>
              <w:rPr>
                <w:sz w:val="19"/>
              </w:rPr>
              <w:t>Inne obowiązkowe opłaty – wskazać jakie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B302AC" w14:textId="77777777" w:rsidR="001317CE" w:rsidRDefault="001317CE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7A8050" w14:textId="77777777" w:rsidR="001317CE" w:rsidRDefault="001317CE">
            <w:pPr>
              <w:spacing w:after="0"/>
            </w:pP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995241" w14:textId="77777777" w:rsidR="001317CE" w:rsidRDefault="001317CE">
            <w:pPr>
              <w:spacing w:after="0"/>
            </w:pPr>
          </w:p>
        </w:tc>
      </w:tr>
      <w:tr w:rsidR="001317CE" w14:paraId="0F64AB3B" w14:textId="77777777">
        <w:trPr>
          <w:jc w:val="center"/>
        </w:trPr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ADAE07" w14:textId="77777777" w:rsidR="001317CE" w:rsidRDefault="00230601">
            <w:pPr>
              <w:spacing w:after="0"/>
            </w:pPr>
            <w:r>
              <w:rPr>
                <w:sz w:val="19"/>
              </w:rPr>
              <w:t>Łączna szacunkowa wartość za 24 miesiące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F9F98A" w14:textId="77777777" w:rsidR="001317CE" w:rsidRDefault="001317CE">
            <w:pPr>
              <w:spacing w:after="0"/>
            </w:pP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E70968" w14:textId="77777777" w:rsidR="001317CE" w:rsidRDefault="001317CE">
            <w:pPr>
              <w:spacing w:after="0"/>
            </w:pP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60D8AA" w14:textId="77777777" w:rsidR="001317CE" w:rsidRDefault="001317CE">
            <w:pPr>
              <w:spacing w:after="0"/>
            </w:pPr>
          </w:p>
        </w:tc>
      </w:tr>
    </w:tbl>
    <w:p w14:paraId="2409B620" w14:textId="77777777" w:rsidR="001317CE" w:rsidRDefault="00230601">
      <w:pPr>
        <w:pStyle w:val="Nagwek2"/>
      </w:pPr>
      <w:r>
        <w:t>2 Oświadczenia oferenta</w:t>
      </w:r>
    </w:p>
    <w:p w14:paraId="239CAC3D" w14:textId="77777777" w:rsidR="001317CE" w:rsidRDefault="00230601">
      <w:pPr>
        <w:pStyle w:val="Listapunktowana"/>
      </w:pPr>
      <w:r>
        <w:t>☐ Oświadczamy, że zaoferowana cena energii czynnej będzie stała przez cały okres obowiązywania umowy, z zastrzeżeniem zmian wynikających bezpośrednio z bezwzględnie obowiązujących przepisów prawa.</w:t>
      </w:r>
    </w:p>
    <w:p w14:paraId="4C8865FE" w14:textId="77777777" w:rsidR="001317CE" w:rsidRDefault="00230601">
      <w:pPr>
        <w:pStyle w:val="Listapunktowana"/>
      </w:pPr>
      <w:r>
        <w:t>☐ Oświadczamy, że oferta obejmuje wszystkie punkty poboru energii wskazane w ogłoszeniu.</w:t>
      </w:r>
    </w:p>
    <w:p w14:paraId="27BDA634" w14:textId="4C6CC7DB" w:rsidR="001317CE" w:rsidRDefault="00230601">
      <w:pPr>
        <w:pStyle w:val="Listapunktowana"/>
      </w:pPr>
      <w:r>
        <w:t xml:space="preserve">☐ Oświadczamy, że przeprowadzimy procedurę zmiany </w:t>
      </w:r>
      <w:r w:rsidR="00C751E6">
        <w:t>dostawcy</w:t>
      </w:r>
      <w:r>
        <w:t xml:space="preserve"> bez dodatkowych kosztów po stronie Zamawiającego, jeżeli będzie konieczna.</w:t>
      </w:r>
    </w:p>
    <w:p w14:paraId="319DE611" w14:textId="77777777" w:rsidR="001317CE" w:rsidRDefault="00230601">
      <w:pPr>
        <w:pStyle w:val="Listapunktowana"/>
      </w:pPr>
      <w:r>
        <w:t>☐ Oświadczamy, że oferta pozostaje ważna przez 14 dni od dnia upływu terminu składania ofert.</w:t>
      </w:r>
    </w:p>
    <w:p w14:paraId="118FF777" w14:textId="77777777" w:rsidR="001317CE" w:rsidRDefault="00230601">
      <w:pPr>
        <w:pStyle w:val="Listapunktowana"/>
      </w:pPr>
      <w:r>
        <w:t>☐ Potwierdzamy zapoznanie się z warunkami przetargu i akceptujemy je bez zastrzeżeń.</w:t>
      </w:r>
    </w:p>
    <w:p w14:paraId="5B15492D" w14:textId="77777777" w:rsidR="001317CE" w:rsidRDefault="00230601">
      <w:r>
        <w:t>Miejscowość i data: ....................................................    Podpis osoby uprawnionej do reprezentacji oferenta: ....................................................</w:t>
      </w:r>
    </w:p>
    <w:sectPr w:rsidR="001317CE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E055" w14:textId="77777777" w:rsidR="00755954" w:rsidRDefault="00755954">
      <w:pPr>
        <w:spacing w:after="0" w:line="240" w:lineRule="auto"/>
      </w:pPr>
      <w:r>
        <w:separator/>
      </w:r>
    </w:p>
  </w:endnote>
  <w:endnote w:type="continuationSeparator" w:id="0">
    <w:p w14:paraId="26EA2309" w14:textId="77777777" w:rsidR="00755954" w:rsidRDefault="0075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Frutiger 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027693"/>
      <w:docPartObj>
        <w:docPartGallery w:val="Page Numbers (Bottom of Page)"/>
        <w:docPartUnique/>
      </w:docPartObj>
    </w:sdtPr>
    <w:sdtContent>
      <w:p w14:paraId="3766F624" w14:textId="77777777" w:rsidR="004947DE" w:rsidRDefault="004947DE" w:rsidP="004947D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/ </w:t>
        </w:r>
        <w:fldSimple w:instr="NUMPAGES   \* MERGEFORMAT">
          <w:r>
            <w:t>7</w:t>
          </w:r>
        </w:fldSimple>
      </w:p>
    </w:sdtContent>
  </w:sdt>
  <w:p w14:paraId="03FD925B" w14:textId="77777777" w:rsidR="004947DE" w:rsidRDefault="004947DE" w:rsidP="004947DE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721216" behindDoc="0" locked="0" layoutInCell="1" allowOverlap="1" wp14:anchorId="31E46747" wp14:editId="225AEDCE">
          <wp:simplePos x="0" y="0"/>
          <wp:positionH relativeFrom="page">
            <wp:posOffset>5897880</wp:posOffset>
          </wp:positionH>
          <wp:positionV relativeFrom="page">
            <wp:posOffset>10317480</wp:posOffset>
          </wp:positionV>
          <wp:extent cx="1066800" cy="152400"/>
          <wp:effectExtent l="0" t="0" r="0" b="0"/>
          <wp:wrapNone/>
          <wp:docPr id="1980296276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720192" behindDoc="0" locked="0" layoutInCell="1" allowOverlap="1" wp14:anchorId="1561B79A" wp14:editId="60CD5886">
          <wp:simplePos x="0" y="0"/>
          <wp:positionH relativeFrom="page">
            <wp:posOffset>4526280</wp:posOffset>
          </wp:positionH>
          <wp:positionV relativeFrom="page">
            <wp:posOffset>10142220</wp:posOffset>
          </wp:positionV>
          <wp:extent cx="457200" cy="365760"/>
          <wp:effectExtent l="0" t="0" r="0" b="0"/>
          <wp:wrapNone/>
          <wp:docPr id="973521735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719168" behindDoc="0" locked="0" layoutInCell="1" allowOverlap="1" wp14:anchorId="40C9F4C1" wp14:editId="1EBF756B">
          <wp:simplePos x="0" y="0"/>
          <wp:positionH relativeFrom="page">
            <wp:posOffset>464820</wp:posOffset>
          </wp:positionH>
          <wp:positionV relativeFrom="page">
            <wp:posOffset>10165080</wp:posOffset>
          </wp:positionV>
          <wp:extent cx="746760" cy="381000"/>
          <wp:effectExtent l="0" t="0" r="0" b="0"/>
          <wp:wrapNone/>
          <wp:docPr id="1710893492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718144" behindDoc="0" locked="0" layoutInCell="1" allowOverlap="1" wp14:anchorId="32085387" wp14:editId="04792ABA">
          <wp:simplePos x="0" y="0"/>
          <wp:positionH relativeFrom="page">
            <wp:posOffset>2446020</wp:posOffset>
          </wp:positionH>
          <wp:positionV relativeFrom="page">
            <wp:posOffset>10203180</wp:posOffset>
          </wp:positionV>
          <wp:extent cx="861060" cy="342900"/>
          <wp:effectExtent l="0" t="0" r="0" b="0"/>
          <wp:wrapNone/>
          <wp:docPr id="40543095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55E0EE" w14:textId="5E1A70D1" w:rsidR="001317CE" w:rsidRDefault="004947DE" w:rsidP="004947DE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717120" behindDoc="0" locked="0" layoutInCell="1" allowOverlap="1" wp14:anchorId="63BC59B8" wp14:editId="4BCAD46A">
          <wp:simplePos x="0" y="0"/>
          <wp:positionH relativeFrom="page">
            <wp:posOffset>5897880</wp:posOffset>
          </wp:positionH>
          <wp:positionV relativeFrom="page">
            <wp:posOffset>10317480</wp:posOffset>
          </wp:positionV>
          <wp:extent cx="1066800" cy="152400"/>
          <wp:effectExtent l="0" t="0" r="0" b="0"/>
          <wp:wrapNone/>
          <wp:docPr id="945681064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707904" behindDoc="0" locked="0" layoutInCell="1" allowOverlap="1" wp14:anchorId="3F43C7EA" wp14:editId="26593AF2">
          <wp:simplePos x="0" y="0"/>
          <wp:positionH relativeFrom="page">
            <wp:posOffset>4526280</wp:posOffset>
          </wp:positionH>
          <wp:positionV relativeFrom="page">
            <wp:posOffset>10142220</wp:posOffset>
          </wp:positionV>
          <wp:extent cx="457200" cy="365760"/>
          <wp:effectExtent l="0" t="0" r="0" b="0"/>
          <wp:wrapNone/>
          <wp:docPr id="69800372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98688" behindDoc="0" locked="0" layoutInCell="1" allowOverlap="1" wp14:anchorId="48370EB6" wp14:editId="033C29D2">
          <wp:simplePos x="0" y="0"/>
          <wp:positionH relativeFrom="page">
            <wp:posOffset>464820</wp:posOffset>
          </wp:positionH>
          <wp:positionV relativeFrom="page">
            <wp:posOffset>10165080</wp:posOffset>
          </wp:positionV>
          <wp:extent cx="746760" cy="381000"/>
          <wp:effectExtent l="0" t="0" r="0" b="0"/>
          <wp:wrapNone/>
          <wp:docPr id="159365746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89472" behindDoc="0" locked="0" layoutInCell="1" allowOverlap="1" wp14:anchorId="361D1EA1" wp14:editId="162CC8F4">
          <wp:simplePos x="0" y="0"/>
          <wp:positionH relativeFrom="page">
            <wp:posOffset>2446020</wp:posOffset>
          </wp:positionH>
          <wp:positionV relativeFrom="page">
            <wp:posOffset>10203180</wp:posOffset>
          </wp:positionV>
          <wp:extent cx="861060" cy="342900"/>
          <wp:effectExtent l="0" t="0" r="0" b="0"/>
          <wp:wrapNone/>
          <wp:docPr id="1873867885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3872" behindDoc="0" locked="0" layoutInCell="1" allowOverlap="1" wp14:anchorId="14F0A351" wp14:editId="6EB62427">
          <wp:simplePos x="0" y="0"/>
          <wp:positionH relativeFrom="page">
            <wp:posOffset>5897880</wp:posOffset>
          </wp:positionH>
          <wp:positionV relativeFrom="page">
            <wp:posOffset>10317480</wp:posOffset>
          </wp:positionV>
          <wp:extent cx="1066800" cy="152400"/>
          <wp:effectExtent l="0" t="0" r="0" b="0"/>
          <wp:wrapNone/>
          <wp:docPr id="1739814457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46464" behindDoc="0" locked="0" layoutInCell="1" allowOverlap="1" wp14:anchorId="5C95E22E" wp14:editId="7D12DBD8">
          <wp:simplePos x="0" y="0"/>
          <wp:positionH relativeFrom="page">
            <wp:posOffset>4526280</wp:posOffset>
          </wp:positionH>
          <wp:positionV relativeFrom="page">
            <wp:posOffset>10142220</wp:posOffset>
          </wp:positionV>
          <wp:extent cx="457200" cy="365760"/>
          <wp:effectExtent l="0" t="0" r="0" b="0"/>
          <wp:wrapNone/>
          <wp:docPr id="150475219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29056" behindDoc="0" locked="0" layoutInCell="1" allowOverlap="1" wp14:anchorId="5788E534" wp14:editId="39CDDFEC">
          <wp:simplePos x="0" y="0"/>
          <wp:positionH relativeFrom="page">
            <wp:posOffset>464820</wp:posOffset>
          </wp:positionH>
          <wp:positionV relativeFrom="page">
            <wp:posOffset>10165080</wp:posOffset>
          </wp:positionV>
          <wp:extent cx="746760" cy="381000"/>
          <wp:effectExtent l="0" t="0" r="0" b="0"/>
          <wp:wrapNone/>
          <wp:docPr id="347946624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11648" behindDoc="0" locked="0" layoutInCell="1" allowOverlap="1" wp14:anchorId="2A142705" wp14:editId="6229ACD4">
          <wp:simplePos x="0" y="0"/>
          <wp:positionH relativeFrom="page">
            <wp:posOffset>2446020</wp:posOffset>
          </wp:positionH>
          <wp:positionV relativeFrom="page">
            <wp:posOffset>10203180</wp:posOffset>
          </wp:positionV>
          <wp:extent cx="861060" cy="342900"/>
          <wp:effectExtent l="0" t="0" r="0" b="0"/>
          <wp:wrapNone/>
          <wp:docPr id="619826250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6FA09" w14:textId="77777777" w:rsidR="00755954" w:rsidRDefault="00755954">
      <w:pPr>
        <w:spacing w:after="0" w:line="240" w:lineRule="auto"/>
      </w:pPr>
      <w:r>
        <w:separator/>
      </w:r>
    </w:p>
  </w:footnote>
  <w:footnote w:type="continuationSeparator" w:id="0">
    <w:p w14:paraId="56F7DAFE" w14:textId="77777777" w:rsidR="00755954" w:rsidRDefault="0075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007" w:type="dxa"/>
      <w:tblLook w:val="04A0" w:firstRow="1" w:lastRow="0" w:firstColumn="1" w:lastColumn="0" w:noHBand="0" w:noVBand="1"/>
    </w:tblPr>
    <w:tblGrid>
      <w:gridCol w:w="2007"/>
    </w:tblGrid>
    <w:tr w:rsidR="004947DE" w:rsidRPr="00AD1C62" w14:paraId="75AAF100" w14:textId="77777777" w:rsidTr="005D63AF">
      <w:trPr>
        <w:trHeight w:val="580"/>
      </w:trPr>
      <w:tc>
        <w:tcPr>
          <w:tcW w:w="2007" w:type="dxa"/>
        </w:tcPr>
        <w:p w14:paraId="18259AA9" w14:textId="77777777" w:rsidR="004947DE" w:rsidRDefault="004947DE" w:rsidP="004947DE">
          <w:pPr>
            <w:pStyle w:val="Nagwek"/>
          </w:pPr>
        </w:p>
      </w:tc>
    </w:tr>
  </w:tbl>
  <w:p w14:paraId="39EC8243" w14:textId="77777777" w:rsidR="004947DE" w:rsidRDefault="004947DE" w:rsidP="004947DE">
    <w:pPr>
      <w:pStyle w:val="DFGBriefkopfFett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722240" behindDoc="1" locked="0" layoutInCell="1" allowOverlap="1" wp14:anchorId="24B949E8" wp14:editId="7354FE8D">
          <wp:simplePos x="0" y="0"/>
          <wp:positionH relativeFrom="column">
            <wp:posOffset>-327219</wp:posOffset>
          </wp:positionH>
          <wp:positionV relativeFrom="paragraph">
            <wp:posOffset>-714375</wp:posOffset>
          </wp:positionV>
          <wp:extent cx="1042670" cy="1042670"/>
          <wp:effectExtent l="0" t="0" r="5080" b="5080"/>
          <wp:wrapTight wrapText="bothSides">
            <wp:wrapPolygon edited="0">
              <wp:start x="0" y="0"/>
              <wp:lineTo x="0" y="21311"/>
              <wp:lineTo x="21311" y="21311"/>
              <wp:lineTo x="21311" y="0"/>
              <wp:lineTo x="0" y="0"/>
            </wp:wrapPolygon>
          </wp:wrapTight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42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24288" behindDoc="0" locked="0" layoutInCell="1" allowOverlap="1" wp14:anchorId="1EB66D0C" wp14:editId="578228B8">
          <wp:simplePos x="0" y="0"/>
          <wp:positionH relativeFrom="page">
            <wp:posOffset>5931535</wp:posOffset>
          </wp:positionH>
          <wp:positionV relativeFrom="page">
            <wp:posOffset>333320</wp:posOffset>
          </wp:positionV>
          <wp:extent cx="938805" cy="729477"/>
          <wp:effectExtent l="0" t="0" r="0" b="0"/>
          <wp:wrapNone/>
          <wp:docPr id="975074624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805" cy="7294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723264" behindDoc="1" locked="0" layoutInCell="1" allowOverlap="1" wp14:anchorId="3760FFFF" wp14:editId="1F49BBB8">
              <wp:simplePos x="0" y="0"/>
              <wp:positionH relativeFrom="column">
                <wp:posOffset>1469887</wp:posOffset>
              </wp:positionH>
              <wp:positionV relativeFrom="paragraph">
                <wp:posOffset>-466145</wp:posOffset>
              </wp:positionV>
              <wp:extent cx="2894275" cy="795130"/>
              <wp:effectExtent l="0" t="0" r="1905" b="508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4275" cy="795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64DC82" w14:textId="77777777" w:rsidR="004947DE" w:rsidRPr="00C7348D" w:rsidRDefault="004947DE" w:rsidP="004947D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/>
                              <w:b/>
                              <w:bCs/>
                              <w:sz w:val="18"/>
                              <w:szCs w:val="18"/>
                              <w:lang w:val="pl-PL"/>
                            </w:rPr>
                          </w:pPr>
                          <w:r w:rsidRPr="00C7348D">
                            <w:rPr>
                              <w:rFonts w:asciiTheme="minorHAnsi" w:hAnsiTheme="minorHAnsi"/>
                              <w:b/>
                              <w:bCs/>
                              <w:sz w:val="18"/>
                              <w:szCs w:val="18"/>
                              <w:lang w:val="pl-PL"/>
                            </w:rPr>
                            <w:t>Niemieckie Towarzystwo Szkolne w Warszawie</w:t>
                          </w:r>
                        </w:p>
                        <w:p w14:paraId="366C2139" w14:textId="77777777" w:rsidR="004947DE" w:rsidRPr="00C7348D" w:rsidRDefault="004947DE" w:rsidP="004947D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</w:pPr>
                          <w:r w:rsidRPr="00C7348D"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  <w:t>Ul. Św. Urszuli Ledóchowskiej 3</w:t>
                          </w:r>
                        </w:p>
                        <w:p w14:paraId="6D4351CF" w14:textId="77777777" w:rsidR="004947DE" w:rsidRPr="00C7348D" w:rsidRDefault="004947DE" w:rsidP="004947D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</w:pPr>
                          <w:r w:rsidRPr="00C7348D"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  <w:t>02-972 Warszawa</w:t>
                          </w:r>
                        </w:p>
                        <w:p w14:paraId="4AA664B0" w14:textId="77777777" w:rsidR="004947DE" w:rsidRPr="00C7348D" w:rsidRDefault="004947DE" w:rsidP="004947D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</w:pPr>
                          <w:r w:rsidRPr="00C7348D"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  <w:t>NIP: 9512099288 REGON: 016867011</w:t>
                          </w:r>
                        </w:p>
                        <w:p w14:paraId="6C71A2C1" w14:textId="77777777" w:rsidR="004947DE" w:rsidRPr="00C7348D" w:rsidRDefault="004947DE" w:rsidP="004947D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</w:pPr>
                          <w:r w:rsidRPr="00C7348D">
                            <w:rPr>
                              <w:rFonts w:asciiTheme="minorHAnsi" w:hAnsiTheme="minorHAnsi"/>
                              <w:sz w:val="18"/>
                              <w:szCs w:val="18"/>
                              <w:lang w:val="pl-PL"/>
                            </w:rPr>
                            <w:t>Tel: 22 642 27 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0FFF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5.75pt;margin-top:-36.7pt;width:227.9pt;height:62.6pt;z-index:-25159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" stroked="f">
              <v:textbox>
                <w:txbxContent>
                  <w:p w14:paraId="1664DC82" w14:textId="77777777" w:rsidR="004947DE" w:rsidRPr="00C7348D" w:rsidRDefault="004947DE" w:rsidP="004947DE">
                    <w:pPr>
                      <w:spacing w:after="0" w:line="240" w:lineRule="auto"/>
                      <w:jc w:val="center"/>
                      <w:rPr>
                        <w:rFonts w:asciiTheme="minorHAnsi" w:hAnsiTheme="minorHAnsi"/>
                        <w:b/>
                        <w:bCs/>
                        <w:sz w:val="18"/>
                        <w:szCs w:val="18"/>
                        <w:lang w:val="pl-PL"/>
                      </w:rPr>
                    </w:pPr>
                    <w:r w:rsidRPr="00C7348D">
                      <w:rPr>
                        <w:rFonts w:asciiTheme="minorHAnsi" w:hAnsiTheme="minorHAnsi"/>
                        <w:b/>
                        <w:bCs/>
                        <w:sz w:val="18"/>
                        <w:szCs w:val="18"/>
                        <w:lang w:val="pl-PL"/>
                      </w:rPr>
                      <w:t>Niemieckie Towarzystwo Szkolne w Warszawie</w:t>
                    </w:r>
                  </w:p>
                  <w:p w14:paraId="366C2139" w14:textId="77777777" w:rsidR="004947DE" w:rsidRPr="00C7348D" w:rsidRDefault="004947DE" w:rsidP="004947DE">
                    <w:pPr>
                      <w:spacing w:after="0" w:line="240" w:lineRule="auto"/>
                      <w:jc w:val="center"/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</w:pPr>
                    <w:r w:rsidRPr="00C7348D"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  <w:t>Ul. Św. Urszuli Ledóchowskiej 3</w:t>
                    </w:r>
                  </w:p>
                  <w:p w14:paraId="6D4351CF" w14:textId="77777777" w:rsidR="004947DE" w:rsidRPr="00C7348D" w:rsidRDefault="004947DE" w:rsidP="004947DE">
                    <w:pPr>
                      <w:spacing w:after="0" w:line="240" w:lineRule="auto"/>
                      <w:jc w:val="center"/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</w:pPr>
                    <w:r w:rsidRPr="00C7348D"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  <w:t>02-972 Warszawa</w:t>
                    </w:r>
                  </w:p>
                  <w:p w14:paraId="4AA664B0" w14:textId="77777777" w:rsidR="004947DE" w:rsidRPr="00C7348D" w:rsidRDefault="004947DE" w:rsidP="004947DE">
                    <w:pPr>
                      <w:spacing w:after="0" w:line="240" w:lineRule="auto"/>
                      <w:jc w:val="center"/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</w:pPr>
                    <w:r w:rsidRPr="00C7348D"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  <w:t>NIP: 9512099288 REGON: 016867011</w:t>
                    </w:r>
                  </w:p>
                  <w:p w14:paraId="6C71A2C1" w14:textId="77777777" w:rsidR="004947DE" w:rsidRPr="00C7348D" w:rsidRDefault="004947DE" w:rsidP="004947DE">
                    <w:pPr>
                      <w:spacing w:after="0" w:line="240" w:lineRule="auto"/>
                      <w:jc w:val="center"/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</w:pPr>
                    <w:r w:rsidRPr="00C7348D">
                      <w:rPr>
                        <w:rFonts w:asciiTheme="minorHAnsi" w:hAnsiTheme="minorHAnsi"/>
                        <w:sz w:val="18"/>
                        <w:szCs w:val="18"/>
                        <w:lang w:val="pl-PL"/>
                      </w:rPr>
                      <w:t>Tel: 22 642 27 05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sz w:val="16"/>
        <w:szCs w:val="16"/>
      </w:rPr>
      <w:t xml:space="preserve">                                                                </w:t>
    </w:r>
  </w:p>
  <w:p w14:paraId="414E2885" w14:textId="77777777" w:rsidR="004947DE" w:rsidRPr="00AD1C62" w:rsidRDefault="004947DE" w:rsidP="004947DE">
    <w:pPr>
      <w:pStyle w:val="DFGBriefkopfFett"/>
      <w:tabs>
        <w:tab w:val="left" w:pos="6940"/>
      </w:tabs>
      <w:rPr>
        <w:rFonts w:ascii="Arial" w:hAnsi="Arial" w:cs="Arial"/>
        <w:sz w:val="16"/>
        <w:szCs w:val="16"/>
        <w:lang w:val="pl-PL"/>
      </w:rPr>
    </w:pPr>
  </w:p>
  <w:p w14:paraId="6E754A89" w14:textId="77777777" w:rsidR="004947DE" w:rsidRPr="00AD1C62" w:rsidRDefault="004947DE" w:rsidP="004947DE">
    <w:pPr>
      <w:pStyle w:val="Nagwek"/>
      <w:rPr>
        <w:lang w:val="pl-PL"/>
      </w:rPr>
    </w:pPr>
  </w:p>
  <w:p w14:paraId="570FCE12" w14:textId="77777777" w:rsidR="004947DE" w:rsidRPr="004947DE" w:rsidRDefault="004947DE" w:rsidP="004947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0AED87"/>
    <w:multiLevelType w:val="hybridMultilevel"/>
    <w:tmpl w:val="D76CE6A2"/>
    <w:lvl w:ilvl="0" w:tplc="707EF972">
      <w:start w:val="1"/>
      <w:numFmt w:val="decimal"/>
      <w:lvlText w:val="%1."/>
      <w:lvlJc w:val="left"/>
      <w:pPr>
        <w:ind w:left="720" w:hanging="360"/>
      </w:pPr>
    </w:lvl>
    <w:lvl w:ilvl="1" w:tplc="45C28D60">
      <w:start w:val="1"/>
      <w:numFmt w:val="lowerLetter"/>
      <w:lvlText w:val="%2."/>
      <w:lvlJc w:val="left"/>
      <w:pPr>
        <w:ind w:left="1440" w:hanging="360"/>
      </w:pPr>
    </w:lvl>
    <w:lvl w:ilvl="2" w:tplc="0972DE76">
      <w:start w:val="1"/>
      <w:numFmt w:val="lowerRoman"/>
      <w:lvlText w:val="%3."/>
      <w:lvlJc w:val="right"/>
      <w:pPr>
        <w:ind w:left="2160" w:hanging="180"/>
      </w:pPr>
    </w:lvl>
    <w:lvl w:ilvl="3" w:tplc="D15C6170">
      <w:start w:val="1"/>
      <w:numFmt w:val="decimal"/>
      <w:lvlText w:val="%4."/>
      <w:lvlJc w:val="left"/>
      <w:pPr>
        <w:ind w:left="2880" w:hanging="360"/>
      </w:pPr>
    </w:lvl>
    <w:lvl w:ilvl="4" w:tplc="933E179E">
      <w:start w:val="1"/>
      <w:numFmt w:val="lowerLetter"/>
      <w:lvlText w:val="%5."/>
      <w:lvlJc w:val="left"/>
      <w:pPr>
        <w:ind w:left="3600" w:hanging="360"/>
      </w:pPr>
    </w:lvl>
    <w:lvl w:ilvl="5" w:tplc="80FCA5FC">
      <w:start w:val="1"/>
      <w:numFmt w:val="lowerRoman"/>
      <w:lvlText w:val="%6."/>
      <w:lvlJc w:val="right"/>
      <w:pPr>
        <w:ind w:left="4320" w:hanging="180"/>
      </w:pPr>
    </w:lvl>
    <w:lvl w:ilvl="6" w:tplc="4C1AD602">
      <w:start w:val="1"/>
      <w:numFmt w:val="decimal"/>
      <w:lvlText w:val="%7."/>
      <w:lvlJc w:val="left"/>
      <w:pPr>
        <w:ind w:left="5040" w:hanging="360"/>
      </w:pPr>
    </w:lvl>
    <w:lvl w:ilvl="7" w:tplc="B2E6AF30">
      <w:start w:val="1"/>
      <w:numFmt w:val="lowerLetter"/>
      <w:lvlText w:val="%8."/>
      <w:lvlJc w:val="left"/>
      <w:pPr>
        <w:ind w:left="5760" w:hanging="360"/>
      </w:pPr>
    </w:lvl>
    <w:lvl w:ilvl="8" w:tplc="34EEFDEC">
      <w:start w:val="1"/>
      <w:numFmt w:val="lowerRoman"/>
      <w:lvlText w:val="%9."/>
      <w:lvlJc w:val="right"/>
      <w:pPr>
        <w:ind w:left="6480" w:hanging="180"/>
      </w:pPr>
    </w:lvl>
  </w:abstractNum>
  <w:num w:numId="1" w16cid:durableId="906183309">
    <w:abstractNumId w:val="8"/>
  </w:num>
  <w:num w:numId="2" w16cid:durableId="608700044">
    <w:abstractNumId w:val="6"/>
  </w:num>
  <w:num w:numId="3" w16cid:durableId="1078134554">
    <w:abstractNumId w:val="5"/>
  </w:num>
  <w:num w:numId="4" w16cid:durableId="1065954278">
    <w:abstractNumId w:val="4"/>
  </w:num>
  <w:num w:numId="5" w16cid:durableId="2013144839">
    <w:abstractNumId w:val="7"/>
  </w:num>
  <w:num w:numId="6" w16cid:durableId="1574504460">
    <w:abstractNumId w:val="3"/>
  </w:num>
  <w:num w:numId="7" w16cid:durableId="534464493">
    <w:abstractNumId w:val="2"/>
  </w:num>
  <w:num w:numId="8" w16cid:durableId="1887986120">
    <w:abstractNumId w:val="1"/>
  </w:num>
  <w:num w:numId="9" w16cid:durableId="1472750627">
    <w:abstractNumId w:val="0"/>
  </w:num>
  <w:num w:numId="10" w16cid:durableId="1999756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7CE"/>
    <w:rsid w:val="0015074B"/>
    <w:rsid w:val="00230601"/>
    <w:rsid w:val="0029639D"/>
    <w:rsid w:val="00326F90"/>
    <w:rsid w:val="003D2080"/>
    <w:rsid w:val="004947DE"/>
    <w:rsid w:val="004E2478"/>
    <w:rsid w:val="0051137C"/>
    <w:rsid w:val="007158A7"/>
    <w:rsid w:val="00755954"/>
    <w:rsid w:val="00774F94"/>
    <w:rsid w:val="008D7B89"/>
    <w:rsid w:val="008F3BED"/>
    <w:rsid w:val="009E54CB"/>
    <w:rsid w:val="00AA1D8D"/>
    <w:rsid w:val="00B47730"/>
    <w:rsid w:val="00C751E6"/>
    <w:rsid w:val="00CB0664"/>
    <w:rsid w:val="00E570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D5CA3"/>
  <w14:defaultImageDpi w14:val="300"/>
  <w15:docId w15:val="{CBA2304D-C282-4D9D-BB47-5E13E1EB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64" w:lineRule="auto"/>
    </w:pPr>
    <w:rPr>
      <w:rFonts w:ascii="Aptos" w:eastAsia="Aptos" w:hAnsi="Aptos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keepLines/>
      <w:numPr>
        <w:numId w:val="1"/>
      </w:numPr>
      <w:spacing w:after="6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keepLines/>
      <w:numPr>
        <w:numId w:val="5"/>
      </w:numPr>
      <w:spacing w:after="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FGBriefkopfFett">
    <w:name w:val="DFG Briefkopf Fett"/>
    <w:basedOn w:val="Normalny"/>
    <w:rsid w:val="004947DE"/>
    <w:pPr>
      <w:spacing w:after="0" w:line="240" w:lineRule="auto"/>
    </w:pPr>
    <w:rPr>
      <w:rFonts w:ascii="Frutiger Bold" w:eastAsia="Times New Roman" w:hAnsi="Frutiger Bold" w:cs="Times New Roman"/>
      <w:color w:val="auto"/>
      <w:sz w:val="13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Ogłoszenie o przetargu sprzedaż energii elektrycznej 2027 2028</vt:lpstr>
      <vt:lpstr/>
    </vt:vector>
  </TitlesOfParts>
  <Manager/>
  <Company/>
  <LinksUpToDate>false</LinksUpToDate>
  <CharactersWithSpaces>1345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przetargu sprzedaż energii elektrycznej 2027 2028</dc:title>
  <dc:subject>Wzór ogłoszenia o przetargu na sprzedaż energii elektrycznej</dc:subject>
  <dc:creator>Niemieckie Towarzystwo Szkolne w Warszawie</dc:creator>
  <cp:keywords/>
  <dc:description>generated by python-docx</dc:description>
  <cp:lastModifiedBy>Maria Szpor</cp:lastModifiedBy>
  <cp:revision>5</cp:revision>
  <cp:lastPrinted>2026-10-06T13:00:00Z</cp:lastPrinted>
  <dcterms:created xsi:type="dcterms:W3CDTF">2026-10-02T12:37:00Z</dcterms:created>
  <dcterms:modified xsi:type="dcterms:W3CDTF">2026-10-06T13:28:00Z</dcterms:modified>
  <cp:category/>
</cp:coreProperties>
</file>